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5C2D91"/>
          <w:sz w:val="40"/>
        </w:rPr>
        <w:t>PLANTILLA MAESTRA: CARTAS PARA DÍAS FESTIVOS</w:t>
      </w:r>
    </w:p>
    <w:p>
      <w:pPr>
        <w:jc w:val="center"/>
      </w:pPr>
      <w:r>
        <w:rPr>
          <w:rFonts w:ascii="Calibri" w:hAnsi="Calibri"/>
          <w:i/>
          <w:color w:val="6E6E6E"/>
          <w:sz w:val="22"/>
        </w:rPr>
        <w:t>IdeasDeCartas.com • Modelos Oficiales Editables en Microsoft Word</w:t>
      </w:r>
    </w:p>
    <w:p/>
    <w:p>
      <w:r>
        <w:rPr>
          <w:rFonts w:ascii="Calibri" w:hAnsi="Calibri"/>
          <w:b/>
          <w:color w:val="3C3C3C"/>
          <w:sz w:val="22"/>
        </w:rPr>
        <w:t>INSTRUCCIONES DE USO:</w:t>
        <w:br/>
      </w:r>
      <w:r>
        <w:rPr>
          <w:rFonts w:ascii="Calibri" w:hAnsi="Calibri"/>
          <w:color w:val="5A5A5A"/>
          <w:sz w:val="21"/>
        </w:rPr>
        <w:t>1. Selecciona el modelo que mejor se adapte a tu destinatario y ocasión.</w:t>
        <w:br/>
        <w:t>2. Reemplaza los campos entre corchetes [Nombre], [Tu Nombre] con tus propios datos.</w:t>
        <w:br/>
        <w:t>3. Imprime en papel de calidad (120g-180g) o guarda en PDF para enviar digitalmente.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1: Día de las Madres (Homenaje y Amor Filial)</w:t>
      </w:r>
    </w:p>
    <w:p>
      <w:r>
        <w:rPr>
          <w:rFonts w:ascii="Calibri" w:hAnsi="Calibri"/>
          <w:b/>
          <w:sz w:val="23"/>
        </w:rPr>
        <w:t>Amada mamá:</w:t>
      </w:r>
    </w:p>
    <w:p>
      <w:pPr>
        <w:spacing w:line="276" w:lineRule="auto"/>
      </w:pPr>
      <w:r>
        <w:rPr>
          <w:rFonts w:ascii="Calibri" w:hAnsi="Calibri"/>
          <w:sz w:val="22"/>
        </w:rPr>
        <w:t>En este Día de las Madres, quiero darte las gracias por ser el pilar incondicional de nuestra familia y el abrazo más cálido que conozco.</w:t>
      </w:r>
    </w:p>
    <w:p>
      <w:pPr>
        <w:spacing w:line="276" w:lineRule="auto"/>
      </w:pPr>
      <w:r>
        <w:rPr>
          <w:rFonts w:ascii="Calibri" w:hAnsi="Calibri"/>
          <w:sz w:val="22"/>
        </w:rPr>
        <w:t>Cada sacrificio tuyo, cada desvelo y cada palabra de aliento han forjado la persona que soy hoy. Tu amor es el regalo más grande que he recibido en la vida.</w:t>
      </w:r>
    </w:p>
    <w:p>
      <w:pPr>
        <w:spacing w:line="276" w:lineRule="auto"/>
      </w:pPr>
      <w:r>
        <w:rPr>
          <w:rFonts w:ascii="Calibri" w:hAnsi="Calibri"/>
          <w:sz w:val="22"/>
        </w:rPr>
        <w:t>Que Dios te bendiga con salud plena y muchos años más a nuestro lado. ¡Feliz día, mamá querida!</w:t>
      </w:r>
    </w:p>
    <w:p>
      <w:r>
        <w:rPr>
          <w:rFonts w:ascii="Calibri" w:hAnsi="Calibri"/>
          <w:sz w:val="22"/>
        </w:rPr>
        <w:t>Tu hijo(a) que te adora con todo el corazón,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2: Día del Padre (Reconocimiento y Respeto)</w:t>
      </w:r>
    </w:p>
    <w:p>
      <w:r>
        <w:rPr>
          <w:rFonts w:ascii="Calibri" w:hAnsi="Calibri"/>
          <w:b/>
          <w:sz w:val="23"/>
        </w:rPr>
        <w:t>Querido papá:</w:t>
      </w:r>
    </w:p>
    <w:p>
      <w:pPr>
        <w:spacing w:line="276" w:lineRule="auto"/>
      </w:pPr>
      <w:r>
        <w:rPr>
          <w:rFonts w:ascii="Calibri" w:hAnsi="Calibri"/>
          <w:sz w:val="22"/>
        </w:rPr>
        <w:t>Hoy celebro con inmenso orgullo el Día del Padre. Tu ejemplo de esfuerzo, honestidad y nobleza ha sido mi mejor escuela de vida.</w:t>
      </w:r>
    </w:p>
    <w:p>
      <w:pPr>
        <w:spacing w:line="276" w:lineRule="auto"/>
      </w:pPr>
      <w:r>
        <w:rPr>
          <w:rFonts w:ascii="Calibri" w:hAnsi="Calibri"/>
          <w:sz w:val="22"/>
        </w:rPr>
        <w:t>Gracias por enseñarme el valor del trabajo honrado, por protegernos siempre y por estar presente en cada etapa con tu consejo certero y tu mano extendida.</w:t>
      </w:r>
    </w:p>
    <w:p>
      <w:pPr>
        <w:spacing w:line="276" w:lineRule="auto"/>
      </w:pPr>
      <w:r>
        <w:rPr>
          <w:rFonts w:ascii="Calibri" w:hAnsi="Calibri"/>
          <w:sz w:val="22"/>
        </w:rPr>
        <w:t>Deseo que disfrutes de este merecido homenaje rodeado de todo nuestro cariño. ¡Feliz Día del Padre!</w:t>
      </w:r>
    </w:p>
    <w:p>
      <w:r>
        <w:rPr>
          <w:rFonts w:ascii="Calibri" w:hAnsi="Calibri"/>
          <w:sz w:val="22"/>
        </w:rPr>
        <w:t>Con admiración y amor eterno,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3: Día del Maestro (Vocación y Gratitud)</w:t>
      </w:r>
    </w:p>
    <w:p>
      <w:r>
        <w:rPr>
          <w:rFonts w:ascii="Calibri" w:hAnsi="Calibri"/>
          <w:b/>
          <w:sz w:val="23"/>
        </w:rPr>
        <w:t>Estimado(a) Maestro(a)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En ocasión del Día del Maestro, quiero expresarle mi más sincero agradecimiento por su incansable vocación, paciencia y entrega.</w:t>
      </w:r>
    </w:p>
    <w:p>
      <w:pPr>
        <w:spacing w:line="276" w:lineRule="auto"/>
      </w:pPr>
      <w:r>
        <w:rPr>
          <w:rFonts w:ascii="Calibri" w:hAnsi="Calibri"/>
          <w:sz w:val="22"/>
        </w:rPr>
        <w:t>Los grandes educadores no solo transmiten conocimientos, sino que dejan huellas imborrables en el corazón de sus alumnos, despertando la curiosidad y el amor por el saber.</w:t>
      </w:r>
    </w:p>
    <w:p>
      <w:pPr>
        <w:spacing w:line="276" w:lineRule="auto"/>
      </w:pPr>
      <w:r>
        <w:rPr>
          <w:rFonts w:ascii="Calibri" w:hAnsi="Calibri"/>
          <w:sz w:val="22"/>
        </w:rPr>
        <w:t>Gracias por creer en nuestro potencial y por enseñarnos con tanta dedicación. ¡Feliz día del maestro!</w:t>
      </w:r>
    </w:p>
    <w:p>
      <w:r>
        <w:rPr>
          <w:rFonts w:ascii="Calibri" w:hAnsi="Calibri"/>
          <w:sz w:val="22"/>
        </w:rPr>
        <w:t>Con el mayor respeto y aprecio,</w:t>
        <w:br/>
      </w:r>
      <w:r>
        <w:rPr>
          <w:rFonts w:ascii="Calibri" w:hAnsi="Calibri"/>
          <w:b/>
          <w:sz w:val="23"/>
        </w:rPr>
        <w:t>[Tu Nombre o Grupo de Alumnos]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4: Día de la Mujer / Días Especiales</w:t>
      </w:r>
    </w:p>
    <w:p>
      <w:r>
        <w:rPr>
          <w:rFonts w:ascii="Calibri" w:hAnsi="Calibri"/>
          <w:b/>
          <w:sz w:val="23"/>
        </w:rPr>
        <w:t>Querida y admirada [Nombre]:</w:t>
      </w:r>
    </w:p>
    <w:p>
      <w:pPr>
        <w:spacing w:line="276" w:lineRule="auto"/>
      </w:pPr>
      <w:r>
        <w:rPr>
          <w:rFonts w:ascii="Calibri" w:hAnsi="Calibri"/>
          <w:sz w:val="22"/>
        </w:rPr>
        <w:t>En esta fecha conmemorativa, quiero destacar tu valentía, tu sabiduría y esa fuerza arrolladora con la que enfrentas cada desafío.</w:t>
      </w:r>
    </w:p>
    <w:p>
      <w:pPr>
        <w:spacing w:line="276" w:lineRule="auto"/>
      </w:pPr>
      <w:r>
        <w:rPr>
          <w:rFonts w:ascii="Calibri" w:hAnsi="Calibri"/>
          <w:sz w:val="22"/>
        </w:rPr>
        <w:t>Tu presencia inspira a quienes te rodean a luchar con determinación y a defender sus sueños con dignidad y entereza.</w:t>
      </w:r>
    </w:p>
    <w:p>
      <w:pPr>
        <w:spacing w:line="276" w:lineRule="auto"/>
      </w:pPr>
      <w:r>
        <w:rPr>
          <w:rFonts w:ascii="Calibri" w:hAnsi="Calibri"/>
          <w:sz w:val="22"/>
        </w:rPr>
        <w:t>Que sigas cosechando éxitos y que tu voz siga abriendo caminos luminosos para todos. ¡Felicidades!</w:t>
      </w:r>
    </w:p>
    <w:p>
      <w:r>
        <w:rPr>
          <w:rFonts w:ascii="Calibri" w:hAnsi="Calibri"/>
          <w:sz w:val="22"/>
        </w:rPr>
        <w:t>Con admiración sincera,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sectPr w:rsidR="00FC693F" w:rsidRPr="0006063C" w:rsidSect="00034616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