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5C2D91"/>
          <w:sz w:val="40"/>
        </w:rPr>
        <w:t>PLANTILLA MAESTRA: CARTAS DE NAVIDAD</w:t>
      </w:r>
    </w:p>
    <w:p>
      <w:pPr>
        <w:jc w:val="center"/>
      </w:pPr>
      <w:r>
        <w:rPr>
          <w:rFonts w:ascii="Calibri" w:hAnsi="Calibri"/>
          <w:i/>
          <w:color w:val="6E6E6E"/>
          <w:sz w:val="22"/>
        </w:rPr>
        <w:t>IdeasDeCartas.com • Modelos Oficiales Editables en Microsoft Word</w:t>
      </w:r>
    </w:p>
    <w:p/>
    <w:p>
      <w:r>
        <w:rPr>
          <w:rFonts w:ascii="Calibri" w:hAnsi="Calibri"/>
          <w:b/>
          <w:color w:val="3C3C3C"/>
          <w:sz w:val="22"/>
        </w:rPr>
        <w:t>INSTRUCCIONES DE USO:</w:t>
        <w:br/>
      </w:r>
      <w:r>
        <w:rPr>
          <w:rFonts w:ascii="Calibri" w:hAnsi="Calibri"/>
          <w:color w:val="5A5A5A"/>
          <w:sz w:val="21"/>
        </w:rPr>
        <w:t>1. Selecciona el modelo que mejor se adapte a tu destinatario y ocasión.</w:t>
        <w:br/>
        <w:t>2. Reemplaza los campos entre corchetes [Nombre], [Tu Nombre] con tus propios datos.</w:t>
        <w:br/>
        <w:t>3. Imprime en papel de calidad (120g-180g) o guarda en PDF para enviar digitalmente.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1: Para la Familia en Nochebuena</w:t>
      </w:r>
    </w:p>
    <w:p>
      <w:r>
        <w:rPr>
          <w:rFonts w:ascii="Calibri" w:hAnsi="Calibri"/>
          <w:b/>
          <w:sz w:val="23"/>
        </w:rPr>
        <w:t>Amada familia:</w:t>
      </w:r>
    </w:p>
    <w:p>
      <w:pPr>
        <w:spacing w:line="276" w:lineRule="auto"/>
      </w:pPr>
      <w:r>
        <w:rPr>
          <w:rFonts w:ascii="Calibri" w:hAnsi="Calibri"/>
          <w:sz w:val="22"/>
        </w:rPr>
        <w:t>Esta noche en la que celebramos la Navidad, quiero dar gracias por la bendición inmensa de tenernos los unos a los otros.</w:t>
      </w:r>
    </w:p>
    <w:p>
      <w:pPr>
        <w:spacing w:line="276" w:lineRule="auto"/>
      </w:pPr>
      <w:r>
        <w:rPr>
          <w:rFonts w:ascii="Calibri" w:hAnsi="Calibri"/>
          <w:sz w:val="22"/>
        </w:rPr>
        <w:t>A lo largo del año hemos compartido alegrías y superado desafíos, pero saber que contamos con este refugio familiar es nuestra mayor fortaleza.</w:t>
      </w:r>
    </w:p>
    <w:p>
      <w:pPr>
        <w:spacing w:line="276" w:lineRule="auto"/>
      </w:pPr>
      <w:r>
        <w:rPr>
          <w:rFonts w:ascii="Calibri" w:hAnsi="Calibri"/>
          <w:sz w:val="22"/>
        </w:rPr>
        <w:t>Que la paz, la salud y la dicha reinen en nuestra mesa esta noche y durante todo el nuevo año.</w:t>
      </w:r>
    </w:p>
    <w:p>
      <w:r>
        <w:rPr>
          <w:rFonts w:ascii="Calibri" w:hAnsi="Calibri"/>
          <w:sz w:val="22"/>
        </w:rPr>
        <w:t>Con todo mi amor siempre,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2: Para Amigos y Compañeros</w:t>
      </w:r>
    </w:p>
    <w:p>
      <w:r>
        <w:rPr>
          <w:rFonts w:ascii="Calibri" w:hAnsi="Calibri"/>
          <w:b/>
          <w:sz w:val="23"/>
        </w:rPr>
        <w:t>Querido(a) [Nombre]:</w:t>
      </w:r>
    </w:p>
    <w:p>
      <w:pPr>
        <w:spacing w:line="276" w:lineRule="auto"/>
      </w:pPr>
      <w:r>
        <w:rPr>
          <w:rFonts w:ascii="Calibri" w:hAnsi="Calibri"/>
          <w:sz w:val="22"/>
        </w:rPr>
        <w:t>En estas fechas tan entrañables, quiero hacerte llegar mi más afectuosa felicitación navideña.</w:t>
      </w:r>
    </w:p>
    <w:p>
      <w:pPr>
        <w:spacing w:line="276" w:lineRule="auto"/>
      </w:pPr>
      <w:r>
        <w:rPr>
          <w:rFonts w:ascii="Calibri" w:hAnsi="Calibri"/>
          <w:sz w:val="22"/>
        </w:rPr>
        <w:t>Gracias por tu valiosa compañía, tu apoyo en cada jornada y por todos los buenos momentos que hemos compartido este año.</w:t>
      </w:r>
    </w:p>
    <w:p>
      <w:pPr>
        <w:spacing w:line="276" w:lineRule="auto"/>
      </w:pPr>
      <w:r>
        <w:rPr>
          <w:rFonts w:ascii="Calibri" w:hAnsi="Calibri"/>
          <w:sz w:val="22"/>
        </w:rPr>
        <w:t>Que disfrutes de una hermosa Navidad en compañía de los tuyos y que el año que comienza llegue cargado de éxitos.</w:t>
      </w:r>
    </w:p>
    <w:p>
      <w:r>
        <w:rPr>
          <w:rFonts w:ascii="Calibri" w:hAnsi="Calibri"/>
          <w:sz w:val="22"/>
        </w:rPr>
        <w:t>¡Feliz Navidad y próspero Año Nuevo!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3: Romántica de Navidad para la Pareja</w:t>
      </w:r>
    </w:p>
    <w:p>
      <w:r>
        <w:rPr>
          <w:rFonts w:ascii="Calibri" w:hAnsi="Calibri"/>
          <w:b/>
          <w:sz w:val="23"/>
        </w:rPr>
        <w:t>Mi amor:</w:t>
      </w:r>
    </w:p>
    <w:p>
      <w:pPr>
        <w:spacing w:line="276" w:lineRule="auto"/>
      </w:pPr>
      <w:r>
        <w:rPr>
          <w:rFonts w:ascii="Calibri" w:hAnsi="Calibri"/>
          <w:sz w:val="22"/>
        </w:rPr>
        <w:t>Celebrar la Navidad a tu lado es el regalo más hermoso que la vida me ha concedido. Tu sonrisa es la luz que ilumina mis días.</w:t>
      </w:r>
    </w:p>
    <w:p>
      <w:pPr>
        <w:spacing w:line="276" w:lineRule="auto"/>
      </w:pPr>
      <w:r>
        <w:rPr>
          <w:rFonts w:ascii="Calibri" w:hAnsi="Calibri"/>
          <w:sz w:val="22"/>
        </w:rPr>
        <w:t>Gracias por llenar mi corazón de ternura y por construir juntos un hogar donde reinan la paz y el amor sincero.</w:t>
      </w:r>
    </w:p>
    <w:p>
      <w:pPr>
        <w:spacing w:line="276" w:lineRule="auto"/>
      </w:pPr>
      <w:r>
        <w:rPr>
          <w:rFonts w:ascii="Calibri" w:hAnsi="Calibri"/>
          <w:sz w:val="22"/>
        </w:rPr>
        <w:t>Que esta sea una de muchísimas Navidades que celebremos juntos, siempre unidos y felices.</w:t>
      </w:r>
    </w:p>
    <w:p>
      <w:r>
        <w:rPr>
          <w:rFonts w:ascii="Calibri" w:hAnsi="Calibri"/>
          <w:sz w:val="22"/>
        </w:rPr>
        <w:t>Tuyo(a) con todo mi amor,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4: Mensaje de Paz, Reflexión y Año Nuevo</w:t>
      </w:r>
    </w:p>
    <w:p>
      <w:r>
        <w:rPr>
          <w:rFonts w:ascii="Calibri" w:hAnsi="Calibri"/>
          <w:b/>
          <w:sz w:val="23"/>
        </w:rPr>
        <w:t>Estimado(a) [Nombre]:</w:t>
      </w:r>
    </w:p>
    <w:p>
      <w:pPr>
        <w:spacing w:line="276" w:lineRule="auto"/>
      </w:pPr>
      <w:r>
        <w:rPr>
          <w:rFonts w:ascii="Calibri" w:hAnsi="Calibri"/>
          <w:sz w:val="22"/>
        </w:rPr>
        <w:t>La Navidad nos invita a hacer una pausa, valorar lo caminado y renovar la esperanza en un futuro más próspero y fraterno.</w:t>
      </w:r>
    </w:p>
    <w:p>
      <w:pPr>
        <w:spacing w:line="276" w:lineRule="auto"/>
      </w:pPr>
      <w:r>
        <w:rPr>
          <w:rFonts w:ascii="Calibri" w:hAnsi="Calibri"/>
          <w:sz w:val="22"/>
        </w:rPr>
        <w:t>Deseo de corazón que estas fiestas traigan serenidad a tu hogar y que el nuevo año te reciba con renovadas energías para cumplir tus metas.</w:t>
      </w:r>
    </w:p>
    <w:p>
      <w:r>
        <w:rPr>
          <w:rFonts w:ascii="Calibri" w:hAnsi="Calibri"/>
          <w:sz w:val="22"/>
        </w:rPr>
        <w:t>Con mis más sinceros augurios de paz,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sectPr w:rsidR="00FC693F" w:rsidRPr="0006063C" w:rsidSect="00034616"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