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/>
          <w:b/>
          <w:color w:val="5C2D91"/>
          <w:sz w:val="40"/>
        </w:rPr>
        <w:t>PLANTILLA MAESTRA: CARTAS DE AMOR</w:t>
      </w:r>
    </w:p>
    <w:p>
      <w:pPr>
        <w:jc w:val="center"/>
      </w:pPr>
      <w:r>
        <w:rPr>
          <w:rFonts w:ascii="Calibri" w:hAnsi="Calibri"/>
          <w:i/>
          <w:color w:val="6E6E6E"/>
          <w:sz w:val="22"/>
        </w:rPr>
        <w:t>IdeasDeCartas.com • Modelos Oficiales Editables en Microsoft Word</w:t>
      </w:r>
    </w:p>
    <w:p/>
    <w:p>
      <w:r>
        <w:rPr>
          <w:rFonts w:ascii="Calibri" w:hAnsi="Calibri"/>
          <w:b/>
          <w:color w:val="3C3C3C"/>
          <w:sz w:val="22"/>
        </w:rPr>
        <w:t>INSTRUCCIONES DE USO:</w:t>
        <w:br/>
      </w:r>
      <w:r>
        <w:rPr>
          <w:rFonts w:ascii="Calibri" w:hAnsi="Calibri"/>
          <w:color w:val="5A5A5A"/>
          <w:sz w:val="21"/>
        </w:rPr>
        <w:t>1. Selecciona el modelo que mejor se adapte a tu destinatario y ocasión.</w:t>
        <w:br/>
        <w:t>2. Reemplaza los campos entre corchetes [Nombre], [Tu Nombre] con tus propios datos.</w:t>
        <w:br/>
        <w:t>3. Imprime en papel de calidad (120g-180g) o guarda en PDF para enviar digitalmente.</w:t>
      </w:r>
    </w:p>
    <w:p>
      <w:pPr>
        <w:jc w:val="center"/>
      </w:pPr>
      <w:r>
        <w:t>―――――――――――――――――――――――――――――――――――――――――――――</w:t>
      </w:r>
    </w:p>
    <w:p>
      <w:r>
        <w:rPr>
          <w:rFonts w:ascii="Calibri" w:hAnsi="Calibri"/>
          <w:b/>
          <w:color w:val="5C2D91"/>
          <w:sz w:val="26"/>
        </w:rPr>
        <w:t>✦ MODELO 1: Romántico Profundo y Apasionado</w:t>
      </w:r>
    </w:p>
    <w:p>
      <w:r>
        <w:rPr>
          <w:rFonts w:ascii="Calibri" w:hAnsi="Calibri"/>
          <w:b/>
          <w:sz w:val="23"/>
        </w:rPr>
        <w:t>Mi amor, [Nombre de tu Pareja]:</w:t>
      </w:r>
    </w:p>
    <w:p>
      <w:pPr>
        <w:spacing w:line="276" w:lineRule="auto"/>
      </w:pPr>
      <w:r>
        <w:rPr>
          <w:rFonts w:ascii="Calibri" w:hAnsi="Calibri"/>
          <w:sz w:val="22"/>
        </w:rPr>
        <w:t>Escribirte estas líneas es recordar la fortuna inmensa de tenerte a mi lado. Tu presencia llena cada rincón de mi vida de una alegría sincera que nunca antes había conocido.</w:t>
      </w:r>
    </w:p>
    <w:p>
      <w:pPr>
        <w:spacing w:line="276" w:lineRule="auto"/>
      </w:pPr>
      <w:r>
        <w:rPr>
          <w:rFonts w:ascii="Calibri" w:hAnsi="Calibri"/>
          <w:sz w:val="22"/>
        </w:rPr>
        <w:t>Amo nuestras conversaciones de madrugada, la complicidad con la que nos miramos y esa forma en la que tu abrazo puede calmar cualquier preocupación. Eres el amor de mi vida.</w:t>
      </w:r>
    </w:p>
    <w:p>
      <w:pPr>
        <w:spacing w:line="276" w:lineRule="auto"/>
      </w:pPr>
      <w:r>
        <w:rPr>
          <w:rFonts w:ascii="Calibri" w:hAnsi="Calibri"/>
          <w:sz w:val="22"/>
        </w:rPr>
        <w:t>Prometo seguir cuidando de nosotros, sumando sonrisas y construyendo un camino firme donde siempre reinen la ternura y la devoción mutua.</w:t>
      </w:r>
    </w:p>
    <w:p>
      <w:r>
        <w:rPr>
          <w:rFonts w:ascii="Calibri" w:hAnsi="Calibri"/>
          <w:sz w:val="22"/>
        </w:rPr>
        <w:t>Con todo mi corazón hoy y siempre,</w:t>
        <w:br/>
      </w:r>
      <w:r>
        <w:rPr>
          <w:rFonts w:ascii="Calibri" w:hAnsi="Calibri"/>
          <w:b/>
          <w:sz w:val="23"/>
        </w:rPr>
        <w:t>[Tu Nombre]</w:t>
      </w:r>
    </w:p>
    <w:p>
      <w:pPr>
        <w:jc w:val="center"/>
      </w:pPr>
      <w:r>
        <w:t>―――――――――――――――――――――――――――――――――――――――――――――</w:t>
      </w:r>
    </w:p>
    <w:p>
      <w:r>
        <w:rPr>
          <w:rFonts w:ascii="Calibri" w:hAnsi="Calibri"/>
          <w:b/>
          <w:color w:val="5C2D91"/>
          <w:sz w:val="26"/>
        </w:rPr>
        <w:t>✦ MODELO 2: Carta de Aniversario de Pareja</w:t>
      </w:r>
    </w:p>
    <w:p>
      <w:r>
        <w:rPr>
          <w:rFonts w:ascii="Calibri" w:hAnsi="Calibri"/>
          <w:b/>
          <w:sz w:val="23"/>
        </w:rPr>
        <w:t>Feliz aniversario, amor de mi vida:</w:t>
      </w:r>
    </w:p>
    <w:p>
      <w:pPr>
        <w:spacing w:line="276" w:lineRule="auto"/>
      </w:pPr>
      <w:r>
        <w:rPr>
          <w:rFonts w:ascii="Calibri" w:hAnsi="Calibri"/>
          <w:sz w:val="22"/>
        </w:rPr>
        <w:t>Hoy celebramos una fecha inolvidable: el inicio de esta maravillosa historia que hemos escrito día a día con cariño, respeto y complicidad.</w:t>
      </w:r>
    </w:p>
    <w:p>
      <w:pPr>
        <w:spacing w:line="276" w:lineRule="auto"/>
      </w:pPr>
      <w:r>
        <w:rPr>
          <w:rFonts w:ascii="Calibri" w:hAnsi="Calibri"/>
          <w:sz w:val="22"/>
        </w:rPr>
        <w:t>Mirar hacia atrás y ver todo lo que hemos superado y compartido me llena de orgullo y gratitud. Cada obstáculo nos hizo más fuertes y cada alegría más unidos.</w:t>
      </w:r>
    </w:p>
    <w:p>
      <w:pPr>
        <w:spacing w:line="276" w:lineRule="auto"/>
      </w:pPr>
      <w:r>
        <w:rPr>
          <w:rFonts w:ascii="Calibri" w:hAnsi="Calibri"/>
          <w:sz w:val="22"/>
        </w:rPr>
        <w:t>Brindo por nuestro presente y por todos los años luminosos que aún nos esperan. ¡Te amo infinitamente!</w:t>
      </w:r>
    </w:p>
    <w:p>
      <w:r>
        <w:rPr>
          <w:rFonts w:ascii="Calibri" w:hAnsi="Calibri"/>
          <w:sz w:val="22"/>
        </w:rPr>
        <w:t>Tuyo(a) por siempre,</w:t>
        <w:br/>
      </w:r>
      <w:r>
        <w:rPr>
          <w:rFonts w:ascii="Calibri" w:hAnsi="Calibri"/>
          <w:b/>
          <w:sz w:val="23"/>
        </w:rPr>
        <w:t>[Tu Nombre]</w:t>
      </w:r>
    </w:p>
    <w:p>
      <w:pPr>
        <w:jc w:val="center"/>
      </w:pPr>
      <w:r>
        <w:t>―――――――――――――――――――――――――――――――――――――――――――――</w:t>
      </w:r>
    </w:p>
    <w:p>
      <w:r>
        <w:rPr>
          <w:rFonts w:ascii="Calibri" w:hAnsi="Calibri"/>
          <w:b/>
          <w:color w:val="5C2D91"/>
          <w:sz w:val="26"/>
        </w:rPr>
        <w:t>✦ MODELO 3: Reconciliación y Sentimientos Sinceros</w:t>
      </w:r>
    </w:p>
    <w:p>
      <w:r>
        <w:rPr>
          <w:rFonts w:ascii="Calibri" w:hAnsi="Calibri"/>
          <w:b/>
          <w:sz w:val="23"/>
        </w:rPr>
        <w:t>Querido(a) [Nombre]:</w:t>
      </w:r>
    </w:p>
    <w:p>
      <w:pPr>
        <w:spacing w:line="276" w:lineRule="auto"/>
      </w:pPr>
      <w:r>
        <w:rPr>
          <w:rFonts w:ascii="Calibri" w:hAnsi="Calibri"/>
          <w:sz w:val="22"/>
        </w:rPr>
        <w:t>Te escribo desde la serenidad y la honestidad más absoluta, reconociendo que ninguna relación es perfecta pero que lo nuestro vale cada esfuerzo por dialogar y sanar.</w:t>
      </w:r>
    </w:p>
    <w:p>
      <w:pPr>
        <w:spacing w:line="276" w:lineRule="auto"/>
      </w:pPr>
      <w:r>
        <w:rPr>
          <w:rFonts w:ascii="Calibri" w:hAnsi="Calibri"/>
          <w:sz w:val="22"/>
        </w:rPr>
        <w:t>Mi mayor deseo es que podamos escucharnos con el corazón, dejar atrás los malentendidos y recordar los motivos profundos que nos unieron desde el primer instante.</w:t>
      </w:r>
    </w:p>
    <w:p>
      <w:pPr>
        <w:spacing w:line="276" w:lineRule="auto"/>
      </w:pPr>
      <w:r>
        <w:rPr>
          <w:rFonts w:ascii="Calibri" w:hAnsi="Calibri"/>
          <w:sz w:val="22"/>
        </w:rPr>
        <w:t>Aquí estoy, con las manos abiertas y la disposición sincera de seguir construyendo a tu lado si ambos así lo sentimos.</w:t>
      </w:r>
    </w:p>
    <w:p>
      <w:r>
        <w:rPr>
          <w:rFonts w:ascii="Calibri" w:hAnsi="Calibri"/>
          <w:sz w:val="22"/>
        </w:rPr>
        <w:t>Con cariño y esperanza sincera,</w:t>
        <w:br/>
      </w:r>
      <w:r>
        <w:rPr>
          <w:rFonts w:ascii="Calibri" w:hAnsi="Calibri"/>
          <w:b/>
          <w:sz w:val="23"/>
        </w:rPr>
        <w:t>[Tu Nombre]</w:t>
      </w:r>
    </w:p>
    <w:p>
      <w:pPr>
        <w:jc w:val="center"/>
      </w:pPr>
      <w:r>
        <w:t>―――――――――――――――――――――――――――――――――――――――――――――</w:t>
      </w:r>
    </w:p>
    <w:p>
      <w:r>
        <w:rPr>
          <w:rFonts w:ascii="Calibri" w:hAnsi="Calibri"/>
          <w:b/>
          <w:color w:val="5C2D91"/>
          <w:sz w:val="26"/>
        </w:rPr>
        <w:t>✦ MODELO 4: Despedida Madura con Gratitud</w:t>
      </w:r>
    </w:p>
    <w:p>
      <w:r>
        <w:rPr>
          <w:rFonts w:ascii="Calibri" w:hAnsi="Calibri"/>
          <w:b/>
          <w:sz w:val="23"/>
        </w:rPr>
        <w:t>Querido(a) [Nombre]:</w:t>
      </w:r>
    </w:p>
    <w:p>
      <w:pPr>
        <w:spacing w:line="276" w:lineRule="auto"/>
      </w:pPr>
      <w:r>
        <w:rPr>
          <w:rFonts w:ascii="Calibri" w:hAnsi="Calibri"/>
          <w:sz w:val="22"/>
        </w:rPr>
        <w:t>Hay momentos en la vida donde el amor también se demuestra sabiendo soltar. Hoy quiero agradecerte con el alma cada momento hermoso que compartimos juntos.</w:t>
      </w:r>
    </w:p>
    <w:p>
      <w:pPr>
        <w:spacing w:line="276" w:lineRule="auto"/>
      </w:pPr>
      <w:r>
        <w:rPr>
          <w:rFonts w:ascii="Calibri" w:hAnsi="Calibri"/>
          <w:sz w:val="22"/>
        </w:rPr>
        <w:t>Me quedo con lo aprendido, con las risas compartidas y con la certeza de que ambos dimos lo mejor de nosotros mientras caminamos por la misma senda.</w:t>
      </w:r>
    </w:p>
    <w:p>
      <w:pPr>
        <w:spacing w:line="276" w:lineRule="auto"/>
      </w:pPr>
      <w:r>
        <w:rPr>
          <w:rFonts w:ascii="Calibri" w:hAnsi="Calibri"/>
          <w:sz w:val="22"/>
        </w:rPr>
        <w:t>Te deseo de corazón la mayor de las felicidades, paz interior y éxitos en cada nuevo paso de tu camino.</w:t>
      </w:r>
    </w:p>
    <w:p>
      <w:r>
        <w:rPr>
          <w:rFonts w:ascii="Calibri" w:hAnsi="Calibri"/>
          <w:sz w:val="22"/>
        </w:rPr>
        <w:t>Con respeto y gratitud eterna,</w:t>
        <w:br/>
      </w:r>
      <w:r>
        <w:rPr>
          <w:rFonts w:ascii="Calibri" w:hAnsi="Calibri"/>
          <w:b/>
          <w:sz w:val="23"/>
        </w:rPr>
        <w:t>[Tu Nombre]</w:t>
      </w:r>
    </w:p>
    <w:p>
      <w:pPr>
        <w:jc w:val="center"/>
      </w:pPr>
      <w:r>
        <w:t>―――――――――――――――――――――――――――――――――――――――――――――</w:t>
      </w:r>
    </w:p>
    <w:sectPr w:rsidR="00FC693F" w:rsidRPr="0006063C" w:rsidSect="00034616">
      <w:pgSz w:w="12240" w:h="15840"/>
      <w:pgMar w:top="1440" w:right="1728" w:bottom="1440" w:left="172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