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color w:val="5C2D91"/>
          <w:sz w:val="40"/>
        </w:rPr>
        <w:t>PLANTILLA MAESTRA: CARTAS DE AMISTAD</w:t>
      </w:r>
    </w:p>
    <w:p>
      <w:pPr>
        <w:jc w:val="center"/>
      </w:pPr>
      <w:r>
        <w:rPr>
          <w:rFonts w:ascii="Calibri" w:hAnsi="Calibri"/>
          <w:i/>
          <w:color w:val="6E6E6E"/>
          <w:sz w:val="22"/>
        </w:rPr>
        <w:t>IdeasDeCartas.com • Modelos Oficiales Editables en Microsoft Word</w:t>
      </w:r>
    </w:p>
    <w:p/>
    <w:p>
      <w:r>
        <w:rPr>
          <w:rFonts w:ascii="Calibri" w:hAnsi="Calibri"/>
          <w:b/>
          <w:color w:val="3C3C3C"/>
          <w:sz w:val="22"/>
        </w:rPr>
        <w:t>INSTRUCCIONES DE USO:</w:t>
        <w:br/>
      </w:r>
      <w:r>
        <w:rPr>
          <w:rFonts w:ascii="Calibri" w:hAnsi="Calibri"/>
          <w:color w:val="5A5A5A"/>
          <w:sz w:val="21"/>
        </w:rPr>
        <w:t>1. Selecciona el modelo que mejor se adapte a tu destinatario y ocasión.</w:t>
        <w:br/>
        <w:t>2. Reemplaza los campos entre corchetes [Nombre], [Tu Nombre] con tus propios datos.</w:t>
        <w:br/>
        <w:t>3. Imprime en papel de calidad (120g-180g) o guarda en PDF para enviar digitalmente.</w:t>
      </w:r>
    </w:p>
    <w:p>
      <w:pPr>
        <w:jc w:val="center"/>
      </w:pPr>
      <w:r>
        <w:t>―――――――――――――――――――――――――――――――――――――――――――――</w:t>
      </w:r>
    </w:p>
    <w:p>
      <w:r>
        <w:rPr>
          <w:rFonts w:ascii="Calibri" w:hAnsi="Calibri"/>
          <w:b/>
          <w:color w:val="5C2D91"/>
          <w:sz w:val="26"/>
        </w:rPr>
        <w:t>✦ MODELO 1: Amistad Verdadera e Incondicional</w:t>
      </w:r>
    </w:p>
    <w:p>
      <w:r>
        <w:rPr>
          <w:rFonts w:ascii="Calibri" w:hAnsi="Calibri"/>
          <w:b/>
          <w:sz w:val="23"/>
        </w:rPr>
        <w:t>Mi querido(a) amigo(a), [Nombre]:</w:t>
      </w:r>
    </w:p>
    <w:p>
      <w:pPr>
        <w:spacing w:line="276" w:lineRule="auto"/>
      </w:pPr>
      <w:r>
        <w:rPr>
          <w:rFonts w:ascii="Calibri" w:hAnsi="Calibri"/>
          <w:sz w:val="22"/>
        </w:rPr>
        <w:t>Quiero aprovechar este momento para decirte algo que a veces damos por sentado: gracias por ser un amigo excepcional y un apoyo constante en mi vida.</w:t>
      </w:r>
    </w:p>
    <w:p>
      <w:pPr>
        <w:spacing w:line="276" w:lineRule="auto"/>
      </w:pPr>
      <w:r>
        <w:rPr>
          <w:rFonts w:ascii="Calibri" w:hAnsi="Calibri"/>
          <w:sz w:val="22"/>
        </w:rPr>
        <w:t>La amistad verdadera no exige explicaciones ni apariencias; contigo siempre he podido ser transparente y encontrar una palabra sabia y honesta.</w:t>
      </w:r>
    </w:p>
    <w:p>
      <w:pPr>
        <w:spacing w:line="276" w:lineRule="auto"/>
      </w:pPr>
      <w:r>
        <w:rPr>
          <w:rFonts w:ascii="Calibri" w:hAnsi="Calibri"/>
          <w:sz w:val="22"/>
        </w:rPr>
        <w:t>Deseo que sigamos sumando anécdotas, celebraciones y momentos felices durante muchísimos años más. ¡Un abrazo enorme!</w:t>
      </w:r>
    </w:p>
    <w:p>
      <w:r>
        <w:rPr>
          <w:rFonts w:ascii="Calibri" w:hAnsi="Calibri"/>
          <w:sz w:val="22"/>
        </w:rPr>
        <w:t>Con lealtad y aprecio sincero,</w:t>
        <w:br/>
      </w:r>
      <w:r>
        <w:rPr>
          <w:rFonts w:ascii="Calibri" w:hAnsi="Calibri"/>
          <w:b/>
          <w:sz w:val="23"/>
        </w:rPr>
        <w:t>[Tu Nombre]</w:t>
      </w:r>
    </w:p>
    <w:p>
      <w:pPr>
        <w:jc w:val="center"/>
      </w:pPr>
      <w:r>
        <w:t>―――――――――――――――――――――――――――――――――――――――――――――</w:t>
      </w:r>
    </w:p>
    <w:p>
      <w:r>
        <w:rPr>
          <w:rFonts w:ascii="Calibri" w:hAnsi="Calibri"/>
          <w:b/>
          <w:color w:val="5C2D91"/>
          <w:sz w:val="26"/>
        </w:rPr>
        <w:t>✦ MODELO 2: Carta Corta de Aprecio y Gratitud</w:t>
      </w:r>
    </w:p>
    <w:p>
      <w:r>
        <w:rPr>
          <w:rFonts w:ascii="Calibri" w:hAnsi="Calibri"/>
          <w:b/>
          <w:sz w:val="23"/>
        </w:rPr>
        <w:t>Hola, [Nombre]:</w:t>
      </w:r>
    </w:p>
    <w:p>
      <w:pPr>
        <w:spacing w:line="276" w:lineRule="auto"/>
      </w:pPr>
      <w:r>
        <w:rPr>
          <w:rFonts w:ascii="Calibri" w:hAnsi="Calibri"/>
          <w:sz w:val="22"/>
        </w:rPr>
        <w:t>Solo quería enviarte este breve mensaje para recordarte lo mucho que valoro nuestra amistad.</w:t>
      </w:r>
    </w:p>
    <w:p>
      <w:pPr>
        <w:spacing w:line="276" w:lineRule="auto"/>
      </w:pPr>
      <w:r>
        <w:rPr>
          <w:rFonts w:ascii="Calibri" w:hAnsi="Calibri"/>
          <w:sz w:val="22"/>
        </w:rPr>
        <w:t>Gracias por tu compañía, por escucharme siempre y por ser esa persona con la que da gusto compartir la vida. Eres genial.</w:t>
      </w:r>
    </w:p>
    <w:p>
      <w:r>
        <w:rPr>
          <w:rFonts w:ascii="Calibri" w:hAnsi="Calibri"/>
          <w:sz w:val="22"/>
        </w:rPr>
        <w:t>¡Te mando un abrazo muy fuerte!</w:t>
        <w:br/>
      </w:r>
      <w:r>
        <w:rPr>
          <w:rFonts w:ascii="Calibri" w:hAnsi="Calibri"/>
          <w:b/>
          <w:sz w:val="23"/>
        </w:rPr>
        <w:t>[Tu Nombre]</w:t>
      </w:r>
    </w:p>
    <w:p>
      <w:pPr>
        <w:jc w:val="center"/>
      </w:pPr>
      <w:r>
        <w:t>―――――――――――――――――――――――――――――――――――――――――――――</w:t>
      </w:r>
    </w:p>
    <w:p>
      <w:r>
        <w:rPr>
          <w:rFonts w:ascii="Calibri" w:hAnsi="Calibri"/>
          <w:b/>
          <w:color w:val="5C2D91"/>
          <w:sz w:val="26"/>
        </w:rPr>
        <w:t>✦ MODELO 3: Para un Amigo que Está Lejos</w:t>
      </w:r>
    </w:p>
    <w:p>
      <w:r>
        <w:rPr>
          <w:rFonts w:ascii="Calibri" w:hAnsi="Calibri"/>
          <w:b/>
          <w:sz w:val="23"/>
        </w:rPr>
        <w:t>Querido(a) [Nombre]:</w:t>
      </w:r>
    </w:p>
    <w:p>
      <w:pPr>
        <w:spacing w:line="276" w:lineRule="auto"/>
      </w:pPr>
      <w:r>
        <w:rPr>
          <w:rFonts w:ascii="Calibri" w:hAnsi="Calibri"/>
          <w:sz w:val="22"/>
        </w:rPr>
        <w:t>Aunque haya kilómetros de por medio, quiero que sepas que nuestra amistad sigue intacta en mi corazón.</w:t>
      </w:r>
    </w:p>
    <w:p>
      <w:pPr>
        <w:spacing w:line="276" w:lineRule="auto"/>
      </w:pPr>
      <w:r>
        <w:rPr>
          <w:rFonts w:ascii="Calibri" w:hAnsi="Calibri"/>
          <w:sz w:val="22"/>
        </w:rPr>
        <w:t>Extraño nuestras charlas y risas compartidas, pero me llena de alegría ver cómo sigues conquistando metas allá donde estás.</w:t>
      </w:r>
    </w:p>
    <w:p>
      <w:pPr>
        <w:spacing w:line="276" w:lineRule="auto"/>
      </w:pPr>
      <w:r>
        <w:rPr>
          <w:rFonts w:ascii="Calibri" w:hAnsi="Calibri"/>
          <w:sz w:val="22"/>
        </w:rPr>
        <w:t>Pronto nos volveremos a encontrar para ponernos al día como si el tiempo no hubiera pasado.</w:t>
      </w:r>
    </w:p>
    <w:p>
      <w:r>
        <w:rPr>
          <w:rFonts w:ascii="Calibri" w:hAnsi="Calibri"/>
          <w:sz w:val="22"/>
        </w:rPr>
        <w:t>Siempre cerca a pesar de la distancia,</w:t>
        <w:br/>
      </w:r>
      <w:r>
        <w:rPr>
          <w:rFonts w:ascii="Calibri" w:hAnsi="Calibri"/>
          <w:b/>
          <w:sz w:val="23"/>
        </w:rPr>
        <w:t>[Tu Nombre]</w:t>
      </w:r>
    </w:p>
    <w:p>
      <w:pPr>
        <w:jc w:val="center"/>
      </w:pPr>
      <w:r>
        <w:t>―――――――――――――――――――――――――――――――――――――――――――――</w:t>
      </w:r>
    </w:p>
    <w:p>
      <w:r>
        <w:rPr>
          <w:rFonts w:ascii="Calibri" w:hAnsi="Calibri"/>
          <w:b/>
          <w:color w:val="5C2D91"/>
          <w:sz w:val="26"/>
        </w:rPr>
        <w:t>✦ MODELO 4: Reconciliación y Rescate de la Amistad</w:t>
      </w:r>
    </w:p>
    <w:p>
      <w:r>
        <w:rPr>
          <w:rFonts w:ascii="Calibri" w:hAnsi="Calibri"/>
          <w:b/>
          <w:sz w:val="23"/>
        </w:rPr>
        <w:t>Estimado(a) [Nombre]:</w:t>
      </w:r>
    </w:p>
    <w:p>
      <w:pPr>
        <w:spacing w:line="276" w:lineRule="auto"/>
      </w:pPr>
      <w:r>
        <w:rPr>
          <w:rFonts w:ascii="Calibri" w:hAnsi="Calibri"/>
          <w:sz w:val="22"/>
        </w:rPr>
        <w:t>Nuestra amistad tiene demasiado valor como para dejar que el silencio o un malentendido borren tantos años de complicidad sincera.</w:t>
      </w:r>
    </w:p>
    <w:p>
      <w:pPr>
        <w:spacing w:line="276" w:lineRule="auto"/>
      </w:pPr>
      <w:r>
        <w:rPr>
          <w:rFonts w:ascii="Calibri" w:hAnsi="Calibri"/>
          <w:sz w:val="22"/>
        </w:rPr>
        <w:t>Quiero pedirte disculpas si en algo me equivoqué y dejar las puertas abiertas para conversar con la calma y el cariño de siempre.</w:t>
      </w:r>
    </w:p>
    <w:p>
      <w:pPr>
        <w:spacing w:line="276" w:lineRule="auto"/>
      </w:pPr>
      <w:r>
        <w:rPr>
          <w:rFonts w:ascii="Calibri" w:hAnsi="Calibri"/>
          <w:sz w:val="22"/>
        </w:rPr>
        <w:t>Ojalá podamos reencontrarnos y brindar por lo que verdaderamente importa: nuestra amistad.</w:t>
      </w:r>
    </w:p>
    <w:p>
      <w:r>
        <w:rPr>
          <w:rFonts w:ascii="Calibri" w:hAnsi="Calibri"/>
          <w:sz w:val="22"/>
        </w:rPr>
        <w:t>Con sincero afecto,</w:t>
        <w:br/>
      </w:r>
      <w:r>
        <w:rPr>
          <w:rFonts w:ascii="Calibri" w:hAnsi="Calibri"/>
          <w:b/>
          <w:sz w:val="23"/>
        </w:rPr>
        <w:t>[Tu Nombre]</w:t>
      </w:r>
    </w:p>
    <w:p>
      <w:pPr>
        <w:jc w:val="center"/>
      </w:pPr>
      <w:r>
        <w:t>―――――――――――――――――――――――――――――――――――――――――――――</w:t>
      </w:r>
    </w:p>
    <w:sectPr w:rsidR="00FC693F" w:rsidRPr="0006063C" w:rsidSect="00034616">
      <w:pgSz w:w="12240" w:h="15840"/>
      <w:pgMar w:top="1440" w:right="1728" w:bottom="1440" w:left="172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