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Reyes Magos: Ilusión y Tradición</w:t>
      </w:r>
    </w:p>
    <w:p/>
    <w:p>
      <w:r>
        <w:rPr>
          <w:rFonts w:ascii="Calibri" w:hAnsi="Calibri"/>
          <w:b/>
          <w:color w:val="222222"/>
          <w:sz w:val="26"/>
        </w:rPr>
        <w:t>Queridos Reyes Magos Melchor, Gaspar y Baltasar,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Con la misma ilusión de siempre les escribo esta carta en la víspera de su llegada, agradeciendo ante todo por la salud, la unión de mi familia y las bendiciones del año transcurrido.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Este año me he esforzado por ser una mejor persona, por ayudar a quienes me rodean y por aprender de cada desafío con humildad y bondad en el corazón.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Más allá de cualquier regalo material, les pido que dejen en nuestro hogar una estrella de paz duradera, esperanza renovada y amor para todos los niños del mundo. ¡Buen viaje en sus camellos!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