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Navidad para mi Novio</w:t>
      </w:r>
    </w:p>
    <w:p/>
    <w:p>
      <w:r>
        <w:rPr>
          <w:rFonts w:ascii="Calibri" w:hAnsi="Calibri"/>
          <w:b/>
          <w:color w:val="222222"/>
          <w:sz w:val="26"/>
        </w:rPr>
        <w:t>Para el novio más maravilloso en esta Navidad,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esta época de luces, balances y celebraciones, quiero recordarte lo inmensamente feliz que me hace compartir mis días contigo y ver cómo florece nuestro amor.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tu apoyo incondicional, por tus abrazos cálidos en las noches frías y por ser mi compañero de risas y sueños durante todo este año.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Brindo por nuestra historia, por celebrar muchas Navidades más tomados de la mano y por un Año Nuevo repleto de metas compartidas. ¡Te amo con todo mi corazón!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