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Navidad para mi Novia</w:t>
      </w:r>
    </w:p>
    <w:p/>
    <w:p>
      <w:r>
        <w:rPr>
          <w:rFonts w:ascii="Calibri" w:hAnsi="Calibri"/>
          <w:b/>
          <w:color w:val="222222"/>
          <w:sz w:val="26"/>
        </w:rPr>
        <w:t>Mi amor, mi mejor regalo de Navidad,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Celebrar estas fiestas a tu lado llena mi vida de una calidez y una ilusión incomparables. Más que cualquier obsequio bajo el árbol, tu amor y tu sonrisa son mi mayor tesoro.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cada momento compartido durante este año, por tu ternura constante y por hacer que cada día juntos sea especial y memorable.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esta Nochebuena colme tu corazón de paz y alegría, y que el nuevo año nos encuentre más unidos, cómplices y enamorados que nunca. ¡Feliz Navidad, mi cielo!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