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Georgia" w:hAnsi="Georgia"/>
          <w:b/>
          <w:color w:val="694738"/>
          <w:sz w:val="40"/>
        </w:rPr>
        <w:t>Carta de Navidad en Inglés (Christmas Letter)</w:t>
      </w:r>
    </w:p>
    <w:p/>
    <w:p>
      <w:r>
        <w:rPr>
          <w:rFonts w:ascii="Calibri" w:hAnsi="Calibri"/>
          <w:b/>
          <w:color w:val="222222"/>
          <w:sz w:val="26"/>
        </w:rPr>
        <w:t>Dear friend and beloved family,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May the peace, joy, and warm blessings of the Christmas season fill your home and heart with boundless happiness during this wonderful time of the year.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As we gather to reflect on the year gone by, I want to express my deepest gratitude for your friendship, support, and the precious memories we have shared together.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Wishing you a very Merry Christmas and a New Year filled with prosperity, good health, peace, and dreams fulfilled. Warmest holiday wishes!</w:t>
      </w:r>
    </w:p>
    <w:p/>
    <w:p>
      <w:r>
        <w:rPr>
          <w:rFonts w:ascii="Calibri" w:hAnsi="Calibri"/>
          <w:i/>
          <w:color w:val="555555"/>
          <w:sz w:val="24"/>
        </w:rPr>
        <w:t>Con todo mi afecto sincero,</w:t>
        <w:br/>
        <w:t>[Tu Nombre]</w:t>
      </w:r>
    </w:p>
    <w:p>
      <w:pPr>
        <w:spacing w:before="600"/>
        <w:jc w:val="center"/>
      </w:pPr>
      <w:r>
        <w:rPr>
          <w:rFonts w:ascii="Calibri" w:hAnsi="Calibri"/>
          <w:color w:val="888888"/>
          <w:sz w:val="18"/>
        </w:rPr>
        <w:t>Plantilla descargada gratuitamente desde IdeasDeCartas.com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