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Navidad para la Familia</w:t>
      </w:r>
    </w:p>
    <w:p/>
    <w:p>
      <w:r>
        <w:rPr>
          <w:rFonts w:ascii="Calibri" w:hAnsi="Calibri"/>
          <w:b/>
          <w:color w:val="222222"/>
          <w:sz w:val="26"/>
        </w:rPr>
        <w:t>Querida familia mía,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En esta Nochebuena, al contemplar las luces y reunirnos alrededor de la mesa, mi corazón se llena de una gratitud inmensa por el regalo más grande: tenerlos a ustedes.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A pesar de los desafíos del año, nuestro vínculo de sangre y afecto nos sostiene y nos une más que nunca. Que la paz y la concordia reinen en nuestro hogar.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Brindemos por la salud de los presentes, la bendita memoria de quienes nos cuidan desde el cielo y la esperanza de un Año Nuevo próspero y dichoso. ¡Feliz Navidad a todos!</w:t>
      </w:r>
    </w:p>
    <w:p/>
    <w:p>
      <w:r>
        <w:rPr>
          <w:rFonts w:ascii="Calibri" w:hAnsi="Calibri"/>
          <w:i/>
          <w:color w:val="555555"/>
          <w:sz w:val="24"/>
        </w:rPr>
        <w:t>Con todo mi afecto sincero,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888888"/>
          <w:sz w:val="18"/>
        </w:rPr>
        <w:t>Plantilla descargada gratuitamente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