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Navidad para un Amigo</w:t>
      </w:r>
    </w:p>
    <w:p/>
    <w:p>
      <w:r>
        <w:rPr>
          <w:rFonts w:ascii="Calibri" w:hAnsi="Calibri"/>
          <w:b/>
          <w:color w:val="222222"/>
          <w:sz w:val="26"/>
        </w:rPr>
        <w:t>Querido hermano y gran amigo,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En esta temporada navideña quiero enviarte un abrazo fraterno y agradecerte por haber sido un pilar de lealtad, apoyo y diversión en cada etapa de este año que termina.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Tener un amigo como tú es una bendición que reconozco y celebro de corazón. Gracias por estar siempre firme, tanto en las buenas como en las malas.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Que en tu hogar abunden la salud, la armonía y la prosperidad en esta Nochebuena, y que el próximo año llegue cargado de grandes victorias para ti. ¡Feliz Navidad!</w:t>
      </w:r>
    </w:p>
    <w:p/>
    <w:p>
      <w:r>
        <w:rPr>
          <w:rFonts w:ascii="Calibri" w:hAnsi="Calibri"/>
          <w:i/>
          <w:color w:val="555555"/>
          <w:sz w:val="24"/>
        </w:rPr>
        <w:t>Con todo mi afecto sincero,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888888"/>
          <w:sz w:val="18"/>
        </w:rPr>
        <w:t>Plantilla descargada gratuitamente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