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Navidad para una Amiga</w:t>
      </w:r>
    </w:p>
    <w:p/>
    <w:p>
      <w:r>
        <w:rPr>
          <w:rFonts w:ascii="Calibri" w:hAnsi="Calibri"/>
          <w:b/>
          <w:color w:val="222222"/>
          <w:sz w:val="26"/>
        </w:rPr>
        <w:t>Amiga querida de mi corazón,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La Navidad es la ocasión perfecta para dar gracias por las personas que iluminan nuestra vida, y tú eres sin duda una de las estrellas más brillantes en mi cielo.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Agradezco cada confidencia compartida, las risas interminables y el cariño sincero que siempre me regalas. Tu amistad es un tesoro que cuido con devoción.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Que la magia de estas fiestas colme tu vida de paz, salud y amor, y que el nuevo año te acerque a cada uno de tus sueños más anhelados. ¡Feliz Navidad, amiga adorada!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