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para el Día del Padre</w:t>
      </w:r>
    </w:p>
    <w:p/>
    <w:p>
      <w:r>
        <w:rPr>
          <w:rFonts w:ascii="Calibri" w:hAnsi="Calibri"/>
          <w:b/>
          <w:color w:val="222222"/>
          <w:sz w:val="26"/>
        </w:rPr>
        <w:t>Papá querido, pilar y guía de mi vida,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en tu día quiero darte las gracias por ser ese modelo de esfuerzo, integridad y cariño firme que me enseñó a caminar con dignidad y valentía por la vida.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Agradezco cada consejo sereno, tus sacrificios callados para que nunca nos faltara nada y tu presencia incondicional en cada etapa importante de mi camino.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Tenerte como padre es un orgullo que llevo en el corazón todos los días. Que la vida te recompense con mucha salud, paz y bendiciones. ¡Feliz Día del Padre!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