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para el Día de la Mujer</w:t>
      </w:r>
    </w:p>
    <w:p/>
    <w:p>
      <w:r>
        <w:rPr>
          <w:rFonts w:ascii="Calibri" w:hAnsi="Calibri"/>
          <w:b/>
          <w:color w:val="222222"/>
          <w:sz w:val="26"/>
        </w:rPr>
        <w:t>Para una mujer ejemplar, admirable y valiente,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En este Día Internacional de la Mujer quiero rendirte un homenaje sentido y sincero por tu fortaleza inquebrantable, tu inteligencia lúcida y tu capacidad incansable de transformar tu entorno.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Admiro profundamente tu sensibilidad combinada con tu temple de acero para superar cualquier obstáculo. Eres un faro de dignidad, esfuerzo y ternura que inspira a todos los que te rodeamos.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Que este día sirva para recordar tu valor infinito y renovar la admiración que sentimos por todo lo que eres y todo lo que construyes con generosidad. ¡Feliz Día de la Mujer!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