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el Día del Maestro</w:t>
      </w:r>
    </w:p>
    <w:p/>
    <w:p>
      <w:r>
        <w:rPr>
          <w:rFonts w:ascii="Calibri" w:hAnsi="Calibri"/>
          <w:b/>
          <w:color w:val="222222"/>
          <w:sz w:val="26"/>
        </w:rPr>
        <w:t>Apreciado(a) maestro(a), con profunda admiración,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Enseñar no es solo transmitir conocimientos, es despertar pasiones, sembrar valores y moldear el carácter con paciencia infinita y vocación inquebrantable.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Quiero agradecerle de corazón por su dedicación diaria, por creer en nuestro potencial incluso en momentos de duda y por brindarnos las herramientas para pensar con libertad.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La huella de un gran maestro trasciende las aulas y permanece grabada para siempre en la memoria de sus alumnos. ¡Feliz y bendecido Día del Maestro!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