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para el Día de las Madres</w:t>
      </w:r>
    </w:p>
    <w:p/>
    <w:p>
      <w:r>
        <w:rPr>
          <w:rFonts w:ascii="Calibri" w:hAnsi="Calibri"/>
          <w:b/>
          <w:color w:val="222222"/>
          <w:sz w:val="26"/>
        </w:rPr>
        <w:t>Mamá de mi vida, mi mayor bendición,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Hoy en tu día quiero expresarte la inmensa gratitud que guarda mi corazón por cada sacrificio silencioso, por tus desvelos y por ese amor infinito que nunca pide nada a cambio.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Tus abrazos han sido mi medicina contra todos los temores del mundo y tus palabras sabias la brújula que ha guiado mis pasos. Todo lo bueno que hay en mí lleva tu sello de amor y bondad.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Que Dios te bendiga con salud, alegría plena y muchos años de vida a nuestro lado. Te amo con toda mi alma, mamá. ¡Feliz Día de las Madres!</w:t>
      </w:r>
    </w:p>
    <w:p/>
    <w:p>
      <w:r>
        <w:rPr>
          <w:rFonts w:ascii="Calibri" w:hAnsi="Calibri"/>
          <w:i/>
          <w:color w:val="555555"/>
          <w:sz w:val="24"/>
        </w:rPr>
        <w:t>Con todo mi afecto sincero,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888888"/>
          <w:sz w:val="18"/>
        </w:rPr>
        <w:t>Plantilla descargada gratuitamente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