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para el Día del Estudiante</w:t>
      </w:r>
    </w:p>
    <w:p/>
    <w:p>
      <w:r>
        <w:rPr>
          <w:rFonts w:ascii="Calibri" w:hAnsi="Calibri"/>
          <w:b/>
          <w:color w:val="222222"/>
          <w:sz w:val="26"/>
        </w:rPr>
        <w:t>Querido(a) estudiante, forjador(a) de futuro,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Hoy celebramos tu dedicación, tu perseverancia y la valentía con la que encaras cada jornada de estudio, exámenes y desafíos académicos con la mirada puesta en tus metas.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El camino del conocimiento exige disciplina y resiliencia, pero cada hora invertida hoy es un cimiento sólido para la realización personal y profesional de tu mañana.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Nunca dejes de cultivar tu curiosidad ni de confiar en tus capacidades. Tienes en tus manos el poder de transformar el mundo con tu talento. ¡Feliz Día del Estudiante!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