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para el Día de los Abuelos</w:t>
      </w:r>
    </w:p>
    <w:p/>
    <w:p>
      <w:r>
        <w:rPr>
          <w:rFonts w:ascii="Calibri" w:hAnsi="Calibri"/>
          <w:b/>
          <w:color w:val="222222"/>
          <w:sz w:val="26"/>
        </w:rPr>
        <w:t>Amados abuelitos, raíces y dulzura de nuestra familia,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En este día especial queremos rendirles homenaje por todo el amor infinito, la ternura paciente y la sabiduría con la que han bendecido a nuestra familia a lo largo de las generaciones.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Sus historias nos conectan con nuestras raíces y sus mimos y abrazos son un refugio de paz inigualable. Cada momento compartido a su lado es un tesoro imborrable en nuestra memoria.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Les deseamos días colmados de salud, serenidad y todo el amor devoto de quienes tanto les agradecemos y admiramos. ¡Feliz Día de los Abuelos!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