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Georgia" w:hAnsi="Georgia"/>
          <w:b/>
          <w:color w:val="694738"/>
          <w:sz w:val="40"/>
        </w:rPr>
        <w:t>Carta de Cumpleaños para mi Tío</w:t>
      </w:r>
    </w:p>
    <w:p/>
    <w:p>
      <w:r>
        <w:rPr>
          <w:rFonts w:ascii="Calibri" w:hAnsi="Calibri"/>
          <w:b/>
          <w:color w:val="222222"/>
          <w:sz w:val="26"/>
        </w:rPr>
        <w:t>Querido tío,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En el día de tu cumpleaños quiero agradecerte por ser siempre esa figura de respeto, cercanía y buen humor que tanto aporta a nuestra familia.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Gracias por las anécdotas compartidas, por tus sabios consejos en momentos clave y por estar siempre dispuesto a tender una mano amiga.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Te deseo un año lleno de salud, bienestar, proyectos exitosos y grandes momentos de alegría junto a todos los que te apreciamos.</w:t>
      </w:r>
    </w:p>
    <w:p>
      <w:pPr>
        <w:spacing w:line="300" w:lineRule="auto" w:after="160"/>
      </w:pPr>
      <w:r>
        <w:rPr>
          <w:rFonts w:ascii="Calibri" w:hAnsi="Calibri"/>
          <w:color w:val="333333"/>
          <w:sz w:val="23"/>
        </w:rPr>
        <w:t>¡Muy feliz cumpleaños, tío! Que disfrutes este día al máximo porque te lo mereces de verdad.</w:t>
      </w:r>
    </w:p>
    <w:p/>
    <w:p>
      <w:r>
        <w:rPr>
          <w:rFonts w:ascii="Calibri" w:hAnsi="Calibri"/>
          <w:i/>
          <w:color w:val="555555"/>
          <w:sz w:val="24"/>
        </w:rPr>
        <w:t>Con todo mi cariño,</w:t>
        <w:br/>
        <w:t>[Tu Nombre]</w:t>
      </w:r>
    </w:p>
    <w:p>
      <w:pPr>
        <w:spacing w:before="600"/>
        <w:jc w:val="center"/>
      </w:pPr>
      <w:r>
        <w:rPr>
          <w:rFonts w:ascii="Calibri" w:hAnsi="Calibri"/>
          <w:color w:val="999999"/>
          <w:sz w:val="18"/>
        </w:rPr>
        <w:t>Plantilla descargada desde IdeasDeCartas.com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