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Georgia" w:hAnsi="Georgia"/>
          <w:b/>
          <w:color w:val="694738"/>
          <w:sz w:val="40"/>
        </w:rPr>
        <w:t>Carta de Cumpleaños para mi Tía</w:t>
      </w:r>
    </w:p>
    <w:p/>
    <w:p>
      <w:r>
        <w:rPr>
          <w:rFonts w:ascii="Calibri" w:hAnsi="Calibri"/>
          <w:b/>
          <w:color w:val="222222"/>
          <w:sz w:val="26"/>
        </w:rPr>
        <w:t>Querida tía de mi corazón,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Tener una tía como tú es tener una segunda madre, una amiga incondicional y un refugio seguro lleno de dulzura y alegría.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Gracias por cada consejo en las reuniones familiares, por tus detalles cariñosos y por esa calidez única que siempre nos hace sentir en casa.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En este día especial le pido a Dios que te llene de salud, paz profunda, prosperidad y muchos motivos para celebrar con una sonrisa.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¡Muy feliz cumpleaños, tía querida! Te agradezco profundamente todo el amor que siempre nos brindas.</w:t>
      </w:r>
    </w:p>
    <w:p/>
    <w:p>
      <w:r>
        <w:rPr>
          <w:rFonts w:ascii="Calibri" w:hAnsi="Calibri"/>
          <w:i/>
          <w:color w:val="555555"/>
          <w:sz w:val="24"/>
        </w:rPr>
        <w:t>Con todo mi cariño,</w:t>
        <w:br/>
        <w:t>[Tu Nombre]</w:t>
      </w:r>
    </w:p>
    <w:p>
      <w:pPr>
        <w:spacing w:before="600"/>
        <w:jc w:val="center"/>
      </w:pPr>
      <w:r>
        <w:rPr>
          <w:rFonts w:ascii="Calibri" w:hAnsi="Calibri"/>
          <w:color w:val="999999"/>
          <w:sz w:val="18"/>
        </w:rPr>
        <w:t>Plantilla descargada desde IdeasDeCartas.com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