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Sobrino Pequeño</w:t>
      </w:r>
    </w:p>
    <w:p/>
    <w:p>
      <w:r>
        <w:rPr>
          <w:rFonts w:ascii="Calibri" w:hAnsi="Calibri"/>
          <w:b/>
          <w:color w:val="222222"/>
          <w:sz w:val="26"/>
        </w:rPr>
        <w:t>Querido sobrinito de mi corazón,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es un día de fiesta grande porque celebramos el cumpleaños del pequeño más alegre y travieso de la casa.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Ver tu carita de emoción con los regalos, tu risa contagiosa y tus ganas de explorar el mundo nos llena a todos de pura felicidad.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día esté lleno de juegos divertidos, tarta deliciosa, sorpresas mágicas y amigos con quienes compartir.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mi pequeño campeón! Tus tíos te queremos muchísimo y siempre estaremos para consentirte y cuidarte.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