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Prima</w:t>
      </w:r>
    </w:p>
    <w:p/>
    <w:p>
      <w:r>
        <w:rPr>
          <w:rFonts w:ascii="Calibri" w:hAnsi="Calibri"/>
          <w:b/>
          <w:color w:val="222222"/>
          <w:sz w:val="26"/>
        </w:rPr>
        <w:t>Querida prima de mi corazón,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Más que una prima, la vida me regaló en ti a una hermana de risas, aventuras y complicidad inquebrantable.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Desde nuestras travesuras de la infancia hasta las conversaciones de hoy, cada recuerdo a tu lado es un tesoro lleno de alegría.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este nuevo año de vida te traiga éxitos rotundos, amor del bueno, viajes inolvidables y mucha salud para seguir disfrutando juntas.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primita querida! Gracias por estar siempre presente con tu chispa y tu cariño sincero.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