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Pareja</w:t>
      </w:r>
    </w:p>
    <w:p/>
    <w:p>
      <w:r>
        <w:rPr>
          <w:rFonts w:ascii="Calibri" w:hAnsi="Calibri"/>
          <w:b/>
          <w:color w:val="222222"/>
          <w:sz w:val="26"/>
        </w:rPr>
        <w:t>Amor de mi vida,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Hoy celebro con toda mi alma el día en que naciste para coincidir conmigo en este viaje maravilloso que llamamos vida.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Caminar a tu lado, compartir metas, superar obstáculos y construir un hogar lleno de complicidad es mi mayor felicidad.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Deseo que este nuevo año te colme de salud, triunfos en cada proyecto que emprendas y la certeza de que mi amor por ti crece cada día.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mi amor! Gracias por ser mi refugio y mi mayor ilusión.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