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Mí Mismo</w:t>
      </w:r>
    </w:p>
    <w:p/>
    <w:p>
      <w:r>
        <w:rPr>
          <w:rFonts w:ascii="Calibri" w:hAnsi="Calibri"/>
          <w:b/>
          <w:color w:val="222222"/>
          <w:sz w:val="26"/>
        </w:rPr>
        <w:t>Querido yo,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me detengo a respirar hondo y a felicitarme por un año más de vida. Miro hacia atrás y veo todo lo que he superado, las caídas de las que me levanté y las victorias que conquisté.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Me perdono por los errores cometidos, agradezco las lecciones aprendidas y me reconozco la valentía con la que he seguido adelante a pesar del cansancio.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nuevo ciclo me prometo priorizar mi paz mental, cuidar de mi salud, rodearme de afectos sinceros y creer con fuerza en mis capacidades.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 a mí! Brindo por mi esfuerzo, por mi crecimiento y por todo lo hermoso que aún está por llegar.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