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Papá</w:t>
      </w:r>
    </w:p>
    <w:p/>
    <w:p>
      <w:r>
        <w:rPr>
          <w:rFonts w:ascii="Calibri" w:hAnsi="Calibri"/>
          <w:b/>
          <w:color w:val="222222"/>
          <w:sz w:val="26"/>
        </w:rPr>
        <w:t>Querido papá,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en tu cumpleaños quiero agradecerte por ser mi mayor ejemplo de trabajo honesto, rectitud y fortaleza. Tu esfuerzo silencioso siempre fue el cimiento de nuestra familia.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cada consejo en los momentos de duda, por enseñarme a mirar la vida de frente y por esa mano firme que nunca me soltó en las horas difíciles.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de todo corazón que este nuevo año te regale salud de hierro, descanso merecido y la satisfacción de ver los hermosos frutos que sembraste con tu vida.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cumpleaños, papá! Eres mi gran héroe y mi mayor orgullo.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