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Novio</w:t>
      </w:r>
    </w:p>
    <w:p/>
    <w:p>
      <w:r>
        <w:rPr>
          <w:rFonts w:ascii="Calibri" w:hAnsi="Calibri"/>
          <w:b/>
          <w:color w:val="222222"/>
          <w:sz w:val="26"/>
        </w:rPr>
        <w:t>Amor de mi vida,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celebro con toda la fuerza de mi corazón el día en que naciste. Eres el hombre que llena mis días de paz, de ilusión y de un amor tan puro y profundo que transforma cualquier rutina en algo extraordinario.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tu paciencia infinita, por tus abrazos que son mi refugio en los días difíciles y por esa forma tan tuya de hacerme sonreír con solo mirarme.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año te regale salud plena, éxito arrollador en cada meta que persigues y miles de momentos mágicos. Quiero seguir caminando a tu lado, celebrando cada uno de tus triunfos.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¡Feliz cumpleaños, mi amor! Te amo con toda mi alma hoy y siempre.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