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Georgia" w:hAnsi="Georgia"/>
          <w:b/>
          <w:color w:val="694738"/>
          <w:sz w:val="40"/>
        </w:rPr>
        <w:t>Carta de Cumpleaños para mi Nieto</w:t>
      </w:r>
    </w:p>
    <w:p/>
    <w:p>
      <w:r>
        <w:rPr>
          <w:rFonts w:ascii="Calibri" w:hAnsi="Calibri"/>
          <w:b/>
          <w:color w:val="222222"/>
          <w:sz w:val="26"/>
        </w:rPr>
        <w:t>Querido nieto de mi corazón,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El día que naciste trajiste a mi vida una luz renovada y una alegría infinita que jamás podré describir con palabras.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Verte crecer, descubrir el mundo y convertirte en una persona noble y de buen corazón es el mayor orgullo de mis años.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Deseo que este nuevo cumpleaños esté repleto de sonrisas, juegos, amigos sinceros y bendiciones infinitas en cada paso que des.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¡Muy feliz cumpleaños, mi querido nieto! Siempre tendrás en tus abuelos un refugio de amor incondicional.</w:t>
      </w:r>
    </w:p>
    <w:p/>
    <w:p>
      <w:r>
        <w:rPr>
          <w:rFonts w:ascii="Calibri" w:hAnsi="Calibri"/>
          <w:i/>
          <w:color w:val="555555"/>
          <w:sz w:val="24"/>
        </w:rPr>
        <w:t>Con todo mi cariño,</w:t>
        <w:br/>
        <w:t>[Tu Nombre]</w:t>
      </w:r>
    </w:p>
    <w:p>
      <w:pPr>
        <w:spacing w:before="600"/>
        <w:jc w:val="center"/>
      </w:pPr>
      <w:r>
        <w:rPr>
          <w:rFonts w:ascii="Calibri" w:hAnsi="Calibri"/>
          <w:color w:val="999999"/>
          <w:sz w:val="18"/>
        </w:rPr>
        <w:t>Plantilla descargada desde IdeasDeCartas.com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