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Nieta</w:t>
      </w:r>
    </w:p>
    <w:p/>
    <w:p>
      <w:r>
        <w:rPr>
          <w:rFonts w:ascii="Calibri" w:hAnsi="Calibri"/>
          <w:b/>
          <w:color w:val="222222"/>
          <w:sz w:val="26"/>
        </w:rPr>
        <w:t>Querida nieta de mi alma,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Desde el primer instante en que te sostuve en mis brazos supe que serías la dueña de una parte inmensa de mi corazón.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Tu ternura, tu inteligencia y tu dulce sonrisa son el regalo más valioso que la vida pudo obsequiarnos a los abuelos.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este nuevo cumpleaños te abra caminos de éxito, alegrías compartidas y salud abundante en cada etapa que emprendas.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mi hermosa nieta! Nunca olvides lo inmensamente orgullosos que estamos de ti.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