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un Hijo Varón</w:t>
      </w:r>
    </w:p>
    <w:p/>
    <w:p>
      <w:r>
        <w:rPr>
          <w:rFonts w:ascii="Calibri" w:hAnsi="Calibri"/>
          <w:b/>
          <w:color w:val="222222"/>
          <w:sz w:val="26"/>
        </w:rPr>
        <w:t>Mi querido hijo,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Desde el instante en que te sostuve por primera vez en mis brazos, mi mundo se transformó. Verte crecer y convertirte en el hombre íntegro, valiente y bondadoso que eres hoy es el mayor orgullo de mi vida.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Admiro tu perseverancia, tu sentido de justicia y la nobleza con la que tratas a quienes te rodean. Cada uno de tus logros es una alegría inmensa para toda nuestra familia.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En este cumpleaños te deseo salud vigorosa, sabiduría para sortear cualquier obstáculo y la valentía de luchar siempre por tus ideales. Recuerda que siempre serás mi gran orgullo.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cumpleaños, hijo amado! Que la vida te recompense con éxito y felicidad.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