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Hija</w:t>
      </w:r>
    </w:p>
    <w:p/>
    <w:p>
      <w:r>
        <w:rPr>
          <w:rFonts w:ascii="Calibri" w:hAnsi="Calibri"/>
          <w:b/>
          <w:color w:val="222222"/>
          <w:sz w:val="26"/>
        </w:rPr>
        <w:t>Mi amada hija,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El día en que llegaste a este mundo mi vida cambió para siempre. Desde el primer instante en que sostuve tus pequeñas manos, supe que mi misión más hermosa sería cuidarte, guiarte y amarte incondicionalmente.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Verte crecer, descubrir el mundo y convertirte en la mujer extraordinaria que eres hoy es el mayor orgullo y la bendición más grande de mi existencia.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de vida te llene de salud, sabiduría y coraje para perseguir cada uno de tus sueños. Recuerda que no importa cuántos años cumplas, siempre serás mi niña amada.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hija de mi corazón! Te amo más allá de las palabras.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