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Cumpleaños para mi Hermano</w:t>
      </w:r>
    </w:p>
    <w:p/>
    <w:p>
      <w:r>
        <w:rPr>
          <w:rFonts w:ascii="Calibri" w:hAnsi="Calibri"/>
          <w:b/>
          <w:color w:val="222222"/>
          <w:sz w:val="26"/>
        </w:rPr>
        <w:t>Querido hermano,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Hoy celebro tu vida y agradezco tener a mi lado a un hermano tan leal, valiente y de buen corazón. Crecer contigo ha sido la mejor aventura.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Gracias por cuidarme en cada momento, por las risas espontáneas y por saber que siempre puedo contar contigo pase lo que pase.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Que este año nuevo te abra puertas de prosperidad, salud y éxitos en cada meta que persigas con tanta pasión.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¡Muy feliz cumpleaños, hermano! Eres un ejemplo de tenacidad y te admiro profundamente.</w:t>
      </w:r>
    </w:p>
    <w:p/>
    <w:p>
      <w:r>
        <w:rPr>
          <w:rFonts w:ascii="Calibri" w:hAnsi="Calibri"/>
          <w:i/>
          <w:color w:val="555555"/>
          <w:sz w:val="24"/>
        </w:rPr>
        <w:t>Con todo mi cariño,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999999"/>
          <w:sz w:val="18"/>
        </w:rPr>
        <w:t>Plantilla descargada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