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Hermana</w:t>
      </w:r>
    </w:p>
    <w:p/>
    <w:p>
      <w:r>
        <w:rPr>
          <w:rFonts w:ascii="Calibri" w:hAnsi="Calibri"/>
          <w:b/>
          <w:color w:val="222222"/>
          <w:sz w:val="26"/>
        </w:rPr>
        <w:t>Querida hermana de mi vida,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Compartir la infancia, los secretos y la vida entera contigo es uno de los mayores regalos de mi destino. Eres mi primera amiga y mi confidente eterna.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cada risa compartida, por los abrazos sinceros en los momentos difíciles y por esa complicidad que solo los hermanos podemos comprender.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cumpleaños te acerque a cada sueño que guardas en el corazón y que la vida te trate con la dulzura y la alegría que tú siempre entregas.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hermanita adorable! Te quiero con toda mi alma.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