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Ex Novio</w:t>
      </w:r>
    </w:p>
    <w:p/>
    <w:p>
      <w:r>
        <w:rPr>
          <w:rFonts w:ascii="Calibri" w:hAnsi="Calibri"/>
          <w:b/>
          <w:color w:val="222222"/>
          <w:sz w:val="26"/>
        </w:rPr>
        <w:t>Hola,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en tu cumpleaños quise tomarme un momento para enviarte un saludo cordial y desearte lo mejor en este nuevo año de vida.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Aunque nuestros caminos hayan tomado rumbos distintos, guardo gratitud por los buenos momentos compartidos y por todo lo que aprendimos juntos en su momento.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sinceramente que estés rodeado de bienestar, que alcances cada meta que te has propuesto y que la vida te trate con felicidad y salud plena.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¡Feliz cumpleaños! Que tengas un día tranquilo y positivo junto a los tuyos.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