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de Cumpleaños para mi Esposo Cristiano</w:t>
      </w:r>
    </w:p>
    <w:p/>
    <w:p>
      <w:r>
        <w:rPr>
          <w:rFonts w:ascii="Calibri" w:hAnsi="Calibri"/>
          <w:b/>
          <w:color w:val="222222"/>
          <w:sz w:val="26"/>
        </w:rPr>
        <w:t>Amado esposo,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Hoy celebro tu vida dando gracias a Dios por concederme el honor de caminar a tu lado en santo matrimonio. Eres un hombre temeroso de Dios, sabio y de corazón generoso.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Gracias por guiar nuestro hogar con amor y rectitud, por ser el sacerdote de nuestra familia y por tus oraciones constantes que cubren nuestra casa de paz.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En este cumpleaños le pido al Señor que derrame sobre ti bendiciones abundantes, salud vigorosa y que renueve tus fuerzas como las del águila.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¡Feliz cumpleaños, mi amado esposo! Que Dios te guarde y bendiga hoy y siempre.</w:t>
      </w:r>
    </w:p>
    <w:p/>
    <w:p>
      <w:r>
        <w:rPr>
          <w:rFonts w:ascii="Calibri" w:hAnsi="Calibri"/>
          <w:i/>
          <w:color w:val="555555"/>
          <w:sz w:val="24"/>
        </w:rPr>
        <w:t>Con todo mi cariño,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999999"/>
          <w:sz w:val="18"/>
        </w:rPr>
        <w:t>Plantilla descargada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