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Cumpleaños para mi Esposa</w:t>
      </w:r>
    </w:p>
    <w:p/>
    <w:p>
      <w:r>
        <w:rPr>
          <w:rFonts w:ascii="Calibri" w:hAnsi="Calibri"/>
          <w:b/>
          <w:color w:val="222222"/>
          <w:sz w:val="26"/>
        </w:rPr>
        <w:t>Amada esposa mía,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Celebrar tu cumpleaños es celebrar el amor más hermoso, puro y generoso de mi vida. Eres el corazón de nuestro hogar, mi compañera incondicional y la mujer que admiro con devoción.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Gracias por tu ternura, por tu paciencia y por esa sonrisa tuya que llena de paz cada uno de mis días. No hay dicha más grande que despertar a tu lado y saber que caminamos juntos.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Deseo que este nuevo año de vida te devuelva multiplicado todo el amor y la felicidad que tú nos regalas a diario. Que la salud, la alegría y la serenidad habiten siempre en ti.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¡Feliz cumpleaños, reina de mi corazón! Te amo hoy más que ayer y muchísimo menos de lo que te amaré mañana.</w:t>
      </w:r>
    </w:p>
    <w:p/>
    <w:p>
      <w:r>
        <w:rPr>
          <w:rFonts w:ascii="Calibri" w:hAnsi="Calibri"/>
          <w:i/>
          <w:color w:val="555555"/>
          <w:sz w:val="24"/>
        </w:rPr>
        <w:t>Con todo mi cariño,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999999"/>
          <w:sz w:val="18"/>
        </w:rPr>
        <w:t>Plantilla descargada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