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Cuñada</w:t>
      </w:r>
    </w:p>
    <w:p/>
    <w:p>
      <w:r>
        <w:rPr>
          <w:rFonts w:ascii="Calibri" w:hAnsi="Calibri"/>
          <w:b/>
          <w:color w:val="222222"/>
          <w:sz w:val="26"/>
        </w:rPr>
        <w:t>Querida cuñada,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en tu día especial quiero tomarme un momento para agradecerte de todo corazón por ser una persona tan maravillosa y por iluminar a nuestra familia con tu presencia.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Desde que llegaste a nuestras vidas, has traído alegría, risas cómplices y un cariño sincero que se siente en cada reunión y en cada abrazo compartido. Eres más que una cuñada, eres una gran compañera y amiga.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nuevo año te regale infinitas bendiciones, salud plena, proyectos cumplidos y miles de motivos para sonreír como siempre lo haces. Que la vida te devuelva todo el bien que das.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Disfruta mucho de tu celebración rodeada de las personas que te queremos tanto. ¡Feliz cumpleaños y que cumplas muchísimos más llenos de paz y felicidad!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