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Bonita</w:t>
      </w:r>
    </w:p>
    <w:p/>
    <w:p>
      <w:r>
        <w:rPr>
          <w:rFonts w:ascii="Calibri" w:hAnsi="Calibri"/>
          <w:b/>
          <w:color w:val="222222"/>
          <w:sz w:val="26"/>
        </w:rPr>
        <w:t>A una persona muy especial en mi vida,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celebro con una sonrisa enorme el día de tu cumpleaños. Hay seres que embellecen la vida con solo sonreír, y tú eres sin duda uno de ellos.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tu bondad sincera, por tu apoyo cuando ha hecho falta y por esa calidez tan auténtica que siempre reconforta.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Que este nuevo año te depare caminos despejados, salud abundante, sueños cumplidos y la compañía de quienes valoramos tu hermosa manera de ser.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cumpleaños! Que disfrutes cada minuto de esta celebración tan merecida.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