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un Amigo Especial</w:t>
      </w:r>
    </w:p>
    <w:p/>
    <w:p>
      <w:r>
        <w:rPr>
          <w:rFonts w:ascii="Calibri" w:hAnsi="Calibri"/>
          <w:b/>
          <w:color w:val="222222"/>
          <w:sz w:val="26"/>
        </w:rPr>
        <w:t>Querido amigo especial,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en tu cumpleaños quiero recordarte lo valiosa que es tu amistad en mi vida. Hay personas que llegan y dejan una huella imborrable, y tú eres una de ellas.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las conversaciones que alivian el alma, por tu lealtad incondicional y por estar presente sin importar la distancia ni los afanes diarios.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 deseo un año repleto de oportunidades brillantes, salud vigorosa y momentos de auténtica felicidad.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gran amigo! Brindo por ti y por muchos años más de sincera complicidad.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