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Amiga</w:t>
      </w:r>
    </w:p>
    <w:p/>
    <w:p>
      <w:r>
        <w:rPr>
          <w:rFonts w:ascii="Calibri" w:hAnsi="Calibri"/>
          <w:b/>
          <w:color w:val="222222"/>
          <w:sz w:val="26"/>
        </w:rPr>
        <w:t>Querida amiga,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celebro con una alegría inmensa el día en que llegaste a este mundo para iluminarlo con tu presencia y con tu calidez tan especial.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risa compartida, por ser ese refugio seguro en los días difíciles y por recordarme siempre el verdadero significado de la lealtad y la empatía.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de todo corazón que este nuevo año de vida venga cargado de salud plena, proyectos cumplidos y miles de momentos felices como mereces.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¡Feliz cumpleaños, amiga del alma! Que la vida te devuelva multiplicada toda la felicidad y el amor que tú siempre regalas a quienes te rodeamos.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