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Alguien Especial</w:t>
      </w:r>
    </w:p>
    <w:p/>
    <w:p>
      <w:r>
        <w:rPr>
          <w:rFonts w:ascii="Calibri" w:hAnsi="Calibri"/>
          <w:b/>
          <w:color w:val="222222"/>
          <w:sz w:val="26"/>
        </w:rPr>
        <w:t>Para alguien sumamente especial,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Hay personas que con solo su presencia tienen el poder de cambiar un día gris en un momento lleno de luz y calma. Tú eres una de esas personas.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el día de tu cumpleaños quiero agradecerte por ser quien eres, por la sencillez de tu trato y por esa energía positiva que transmites a donde vas.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de vida te abra puertas de éxito, te mantenga con salud plena y te devuelva con creces toda la bondad que brindas a los demás.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cumpleaños! Que disfrutes este día tanto como te lo mereces.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