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Georgia" w:hAnsi="Georgia"/>
          <w:b/>
          <w:color w:val="694738"/>
          <w:sz w:val="40"/>
        </w:rPr>
        <w:t>Carta de Agradecimiento por Cumpleaños</w:t>
      </w:r>
    </w:p>
    <w:p/>
    <w:p>
      <w:r>
        <w:rPr>
          <w:rFonts w:ascii="Calibri" w:hAnsi="Calibri"/>
          <w:b/>
          <w:color w:val="222222"/>
          <w:sz w:val="26"/>
        </w:rPr>
        <w:t>A todos mis seres queridos y amigos,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Hoy, tras celebrar un año más de vida, mi corazón se encuentra desbordado de gratitud por cada mensaje, llamada, abrazo y detalle que me hicieron llegar.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Saber que cuento con el aprecio sincero de personas tan maravillosas es el regalo más valioso que he podido recibir en este cumpleaños.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Agradezco a Dios por darme un año más de salud y oportunidades, y a cada uno de ustedes por formar parte de mi historia con su cariño constante.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¡Muchísimas gracias de todo corazón! Que la vida les devuelva multiplicada toda la bendición y los buenos deseos que me regalaron.</w:t>
      </w:r>
    </w:p>
    <w:p/>
    <w:p>
      <w:r>
        <w:rPr>
          <w:rFonts w:ascii="Calibri" w:hAnsi="Calibri"/>
          <w:i/>
          <w:color w:val="555555"/>
          <w:sz w:val="24"/>
        </w:rPr>
        <w:t>Con todo mi cariño,</w:t>
        <w:br/>
        <w:t>[Tu Nombre]</w:t>
      </w:r>
    </w:p>
    <w:p>
      <w:pPr>
        <w:spacing w:before="600"/>
        <w:jc w:val="center"/>
      </w:pPr>
      <w:r>
        <w:rPr>
          <w:rFonts w:ascii="Calibri" w:hAnsi="Calibri"/>
          <w:color w:val="999999"/>
          <w:sz w:val="18"/>
        </w:rPr>
        <w:t>Plantilla descargada desde IdeasDeCartas.com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