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Agradecimiento a Dios por mi Cumpleaños</w:t>
      </w:r>
    </w:p>
    <w:p/>
    <w:p>
      <w:r>
        <w:rPr>
          <w:rFonts w:ascii="Calibri" w:hAnsi="Calibri"/>
          <w:b/>
          <w:color w:val="222222"/>
          <w:sz w:val="26"/>
        </w:rPr>
        <w:t>Señor y Dios mío,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Hoy, en el día de mi cumpleaños, me presento ante Ti con el corazón desbordado de gratitud y reverencia por el milagro inmenso de mi vida.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cada amanecer que me regalaste en este año que termina, por sostenerme en los momentos de tormenta, por perdonar mis faltas y por recordarme siempre que tu misericordia es infinita y nueva cada mañana.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mi salud, por el pan en mi mesa, por el abrazo reconfortante de mi familia y por cada lección aprendida en el camino. En tus manos pongo este nuevo ciclo de vida que hoy inicio.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Que tu luz guíe mis decisiones y que mi vida sea siempre un testimonio de tu amor y fidelidad. ¡Gracias por un año más de bendición, Padre Celestial!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