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Abuela</w:t>
      </w:r>
    </w:p>
    <w:p/>
    <w:p>
      <w:r>
        <w:rPr>
          <w:rFonts w:ascii="Calibri" w:hAnsi="Calibri"/>
          <w:b/>
          <w:color w:val="222222"/>
          <w:sz w:val="26"/>
        </w:rPr>
        <w:t>Querida y adorada abuelita,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Celebrar tu cumpleaños es celebrar las raíces de nuestra familia, el amor más tierno y la sabiduría más profunda que he conocido jamás.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Tus manos laboriosas que nos prepararon tantas comidas con cariño, tus historias de vida y esa forma tuya de abrazar que quita cualquier pena son el mayor tesoro de mi infancia y de mi vida adulta.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Le pido a Dios que te bendiga con salud, que llene tus días de tranquilidad y que nos permita disfrutar de tu dulce compañía por muchos años más.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¡Feliz cumpleaños, abuelita hermosa! Te amo con todo mi corazón y te admiro profundamente.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