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San Valentín de Amor</w:t>
      </w:r>
    </w:p>
    <w:p/>
    <w:p>
      <w:r>
        <w:rPr>
          <w:rFonts w:ascii="Calibri" w:hAnsi="Calibri"/>
          <w:b/>
          <w:color w:val="222222"/>
          <w:sz w:val="26"/>
        </w:rPr>
        <w:t>Feliz Día de San Valentín, mi amor eterno,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Hoy en el día del amor quiero recordarte que mi sentimiento por ti no necesita una fecha en el calendario para celebrarse, porque cada instante a tu lado es una fiesta del corazón.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Eres la coincidencia más hermosa de mi vida: en ti encontré a mi mejor confidente, a mi refugio y a la persona que hace latir mi pecho con infinita dulzura y pasión.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Gracias por llenar mi mundo de luz y por enseñarme la grandeza del amor verdadero. ¡Feliz día de los enamorados!</w:t>
      </w:r>
    </w:p>
    <w:p/>
    <w:p>
      <w:r>
        <w:rPr>
          <w:rFonts w:ascii="Calibri" w:hAnsi="Calibri"/>
          <w:i/>
          <w:color w:val="555555"/>
          <w:sz w:val="24"/>
        </w:rPr>
        <w:t>Con todo mi afecto sincero,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888888"/>
          <w:sz w:val="18"/>
        </w:rPr>
        <w:t>Plantilla descargada gratuitamente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