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Amor para mi Novio</w:t>
      </w:r>
    </w:p>
    <w:p/>
    <w:p>
      <w:r>
        <w:rPr>
          <w:rFonts w:ascii="Calibri" w:hAnsi="Calibri"/>
          <w:b/>
          <w:color w:val="222222"/>
          <w:sz w:val="26"/>
        </w:rPr>
        <w:t>Para el amor de mi vida,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 veces la rutina diaria pasa tan rápido que olvidamos decirnos lo esencial, pero hoy quiero detenerme para decirte cuánto te amo y cuánto valoro tu presencia en mi camino.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Tenerte como novio y compañero es un regalo inmenso: admiro tu nobleza, tu sentido del humor y esa forma única en la que me haces sentir amada, segura y comprendida en todo momento.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abrazo que cura, por soñar a mi lado y por ser mi pilar en los días difíciles. Caminar juntos es la aventura más hermosa de mi vida.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