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Amor para mi Novia</w:t>
      </w:r>
    </w:p>
    <w:p/>
    <w:p>
      <w:r>
        <w:rPr>
          <w:rFonts w:ascii="Calibri" w:hAnsi="Calibri"/>
          <w:b/>
          <w:color w:val="222222"/>
          <w:sz w:val="26"/>
        </w:rPr>
        <w:t>Mi amor, dueña de mi corazón,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Quiero escribirte estas líneas para recordarte lo inmensamente afortunado que me siento de caminar a tu lado. En cada una de tus miradas encuentro la paz y en cada una de tus sonrisas el impulso para ser mejor.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Admiro tu fuerza, tu ternura inagotable y esa alegría contagiosa con la que llenas cada uno de mis días. Eres mi refugio seguro y mi persona favorita en el mundo entero.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elegirme para compartir tu vida, tus sueños y tus proyectos. Prometo seguir cuidando de nuestro amor con la misma ilusión y devoción del primer día.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