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Sincera para mi Ex Pareja</w:t>
      </w:r>
    </w:p>
    <w:p/>
    <w:p>
      <w:r>
        <w:rPr>
          <w:rFonts w:ascii="Calibri" w:hAnsi="Calibri"/>
          <w:b/>
          <w:color w:val="222222"/>
          <w:sz w:val="26"/>
        </w:rPr>
        <w:t>Hola, espero que al recibir esto estés muy bien,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Te escribo esta carta con el corazón en calma y con la madurez que da el tiempo transcurrido. Tras la distancia, he podido reflexionar con claridad sobre lo vivido y reconocer el valor de nuestra historia.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Sé que cometimos errores y que los desencuentros nos alejaron, pero también reconozco la huella positiva y profunda que dejaste en mi vida. El cariño genuino y el respeto mutuo jamás se borraron.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Si la vida y nuestros corazones así lo permiten, me gustaría tender un puente de diálogo sincero y sereno, sin presiones ni reproches, para reencontrarnos desde un lugar más sabio y maduro.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