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Amor de Despedida</w:t>
      </w:r>
    </w:p>
    <w:p/>
    <w:p>
      <w:r>
        <w:rPr>
          <w:rFonts w:ascii="Calibri" w:hAnsi="Calibri"/>
          <w:b/>
          <w:color w:val="222222"/>
          <w:sz w:val="26"/>
        </w:rPr>
        <w:t>Para la persona que siempre tendrá un lugar en mi alma,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Escribirte esta carta es quizás el acto más difícil y a la vez más sincero que me ha tocado vivir. A veces amar también significa saber soltar cuando comprendemos que nuestros caminos necesitan tomar rumbos diferentes.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Quiero darte las gracias por cada risa, por cada complicidad compartida y por haber sido un capítulo inolvidable en mi historia. No me quedo con reproches ni con amarguras; me quedo con la luz y la belleza de lo que fuimos.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 deseo de corazón una vida colmada de paz, realizaciones y toda la felicidad que mereces. Aunque hoy nos digamos adiós, la gratitud por lo vivido permanecerá intacta en mi memoria.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