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Amor por Aniversario</w:t>
      </w:r>
    </w:p>
    <w:p/>
    <w:p>
      <w:r>
        <w:rPr>
          <w:rFonts w:ascii="Calibri" w:hAnsi="Calibri"/>
          <w:b/>
          <w:color w:val="222222"/>
          <w:sz w:val="26"/>
        </w:rPr>
        <w:t>Amor mío, en nuestro día especial,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Hoy celebramos un aniversario más de nuestra historia juntos, y al mirar hacia atrás no puedo evitar sonreír al ver todo lo que hemos construido con amor, paciencia y complicidad.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Hemos compartido momentos de dicha infinita y también hemos sabido sostenernos en las tormentas, demostrando que nuestro lazo se fortalece con cada prueba superada.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Gracias por un año más de amor incondicional, risas interminables y sueños compartidos. Brindo por nosotros y por todos los hermosos capítulos que nos quedan por escribir juntos.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