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Amistad para San Valentín</w:t>
      </w:r>
    </w:p>
    <w:p/>
    <w:p>
      <w:r>
        <w:rPr>
          <w:rFonts w:ascii="Calibri" w:hAnsi="Calibri"/>
          <w:b/>
          <w:color w:val="222222"/>
          <w:sz w:val="26"/>
        </w:rPr>
        <w:t>¡Feliz 14 de Febrero, amigo(a) querido(a)!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que el mundo celebra el amor, yo celebro el regalo inmenso de nuestra amistad. Porque el amor de amigos leales, sinceros y presentes es una de las fuerzas más nobles que existen.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carcajada compartida, por los cafés interminables, por secar lágrimas y por multiplicar mis alegrías.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día esté lleno de cariño y que nunca olvides lo profundamente agradecido(a) que estoy por tenerte en mi vida. ¡Feliz día de la amistad!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