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Cartas de Amistad Cortas y Sinceras</w:t>
      </w:r>
    </w:p>
    <w:p/>
    <w:p>
      <w:r>
        <w:rPr>
          <w:rFonts w:ascii="Calibri" w:hAnsi="Calibri"/>
          <w:b/>
          <w:color w:val="222222"/>
          <w:sz w:val="26"/>
        </w:rPr>
        <w:t>Para mi gran amigo(a),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No hacen falta discursos interminables para decirte lo que ya sabes: tu amistad es uno de los mayores tesoros que la vida me ha concedido.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Gracias por estar siempre disponible, por escucharme sin juzgar y por ser mi refugio en los días grises. Tu lealtad vale oro puro.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Que la vida te colme de satisfacciones, salud y alegría en cada paso. ¡Cuenta conmigo hoy, mañana y siempre!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